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60" w:after="20"/>
        <w:jc w:val="center"/>
      </w:pPr>
      <w:r>
        <w:rPr>
          <w:rFonts w:ascii="Calibri" w:hAnsi="Calibri"/>
          <w:b/>
          <w:color w:val="192530"/>
          <w:sz w:val="32"/>
        </w:rPr>
        <w:t>DEPARTMENT OF THE AIR FORCE</w:t>
      </w:r>
    </w:p>
    <w:p>
      <w:pPr>
        <w:keepNext/>
        <w:spacing w:before="0" w:after="24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keepNext/>
        <w:spacing w:before="40" w:after="60"/>
        <w:jc w:val="center"/>
      </w:pPr>
      <w:r>
        <w:rPr>
          <w:rFonts w:ascii="Calibri" w:hAnsi="Calibri"/>
          <w:b/>
          <w:color w:val="192530"/>
          <w:sz w:val="32"/>
        </w:rPr>
        <w:t>PROCUREMENT-PROPRIETY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Could this purchase have been proper if made by an appropriate Contracting Officer?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Requirement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Dedicated cold-climate mini-split serving Campbell Hall Office 214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Amount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$32,000 firm-fixed-price change value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Existing vehicle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SM-MACC-01, Task Order FA-27-005 with Peace Walker Infrastructure Partners, LLC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Review standard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RFO FAR 1.405(c)(3) and all other applicable limitations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180"/>
        <w:gridCol w:w="5200"/>
        <w:gridCol w:w="1980"/>
      </w:tblGrid>
      <w:tr>
        <w:trPr>
          <w:tblHeader w:val="true"/>
          <w:cantSplit/>
        </w:trPr>
        <w:tc>
          <w:tcPr>
            <w:tcW w:type="dxa" w:w="21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PROPRIETY TEST</w:t>
            </w:r>
          </w:p>
        </w:tc>
        <w:tc>
          <w:tcPr>
            <w:tcW w:type="dxa" w:w="52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FACTS</w:t>
            </w:r>
          </w:p>
        </w:tc>
        <w:tc>
          <w:tcPr>
            <w:tcW w:type="dxa" w:w="19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RESULT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Government purpose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Permanent environmental control for the installation command office and Government equipment; remains with the facility for successor occupants.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Proper Government construction purpose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General scope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Same facility, HVAC/electrical trades, renovation period, and performance objective; $32,000 is about 0.12% of the $26.40M task order.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Within modeled general scope of the competed order</w:t>
            </w:r>
          </w:p>
        </w:tc>
      </w:tr>
      <w:tr>
        <w:trPr>
          <w:cantSplit/>
        </w:trPr>
        <w:tc>
          <w:tcPr>
            <w:tcW w:type="dxa" w:w="21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Contract authority</w:t>
            </w:r>
          </w:p>
        </w:tc>
        <w:tc>
          <w:tcPr>
            <w:tcW w:type="dxa" w:w="52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RFO FAR 52.243-4 permits the Contracting Officer to order in-scope changes; a written funded change could have been negotiated before performance.</w:t>
            </w:r>
          </w:p>
        </w:tc>
        <w:tc>
          <w:tcPr>
            <w:tcW w:type="dxa" w:w="19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Lawful route existed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Competition / vehicle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new facility, acquisition vehicle, or materially different field of competitors would have resulted from this limited in-scope change.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modeled competition defect</w:t>
            </w:r>
          </w:p>
        </w:tc>
      </w:tr>
      <w:tr>
        <w:trPr>
          <w:cantSplit/>
        </w:trPr>
        <w:tc>
          <w:tcPr>
            <w:tcW w:type="dxa" w:w="21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Price and funds</w:t>
            </w:r>
          </w:p>
        </w:tc>
        <w:tc>
          <w:tcPr>
            <w:tcW w:type="dxa" w:w="52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IG-04 supports $32,000 as fair and reasonable and confirms appropriate funds then and now.</w:t>
            </w:r>
          </w:p>
        </w:tc>
        <w:tc>
          <w:tcPr>
            <w:tcW w:type="dxa" w:w="19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Supported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Prohibited conduct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gratuity, personal payment, splitting, conflict, or barred source is identified. Campbell's authority failure is addressed through ratification and corrective action.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other modeled bar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A8B4BC"/>
          <w:left w:val="single" w:sz="5" w:color="A8B4BC"/>
          <w:bottom w:val="single" w:sz="5" w:color="A8B4BC"/>
          <w:right w:val="single" w:sz="5" w:color="A8B4BC"/>
          <w:insideH w:val="single" w:sz="5" w:color="A8B4BC"/>
          <w:insideV w:val="single" w:sz="5" w:color="A8B4BC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2D694B"/>
                <w:sz w:val="18"/>
              </w:rPr>
              <w:t xml:space="preserve">RFO FAR 1.405(c)(3) FINDING: </w:t>
            </w:r>
            <w:r>
              <w:rPr>
                <w:rFonts w:ascii="Calibri" w:hAnsi="Calibri"/>
                <w:color w:val="192530"/>
                <w:sz w:val="18"/>
              </w:rPr>
              <w:t>The resulting contract would otherwise have been proper if Maj Emma Emmerich had issued a written, funded change before performance. This finding does not excuse the unauthorized direction or replace ratification.</w:t>
            </w:r>
          </w:p>
        </w:tc>
      </w:tr>
    </w:tbl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EMMA EMMERICH</w:t>
        <w:br/>
      </w:r>
      <w:r>
        <w:rPr>
          <w:rFonts w:ascii="Calibri" w:hAnsi="Calibri"/>
          <w:color w:val="606A74"/>
          <w:sz w:val="18"/>
        </w:rPr>
        <w:t>Emma Emmerich</w:t>
        <w:br/>
        <w:t>Major, USAF | Contracting Officer, 713 CONS</w:t>
        <w:br/>
        <w:t>21 August 2027</w:t>
      </w:r>
    </w:p>
    <w:p>
      <w:r>
        <w:br w:type="page"/>
      </w:r>
    </w:p>
    <w:p>
      <w:pPr>
        <w:keepNext/>
        <w:spacing w:before="40" w:after="60"/>
        <w:jc w:val="center"/>
      </w:pPr>
      <w:r>
        <w:rPr>
          <w:rFonts w:ascii="Calibri" w:hAnsi="Calibri"/>
          <w:b/>
          <w:color w:val="192530"/>
          <w:sz w:val="32"/>
        </w:rPr>
        <w:t>RATIFYING-AUTHORITY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Archived DAF approval matrix retained as strategic guidance for $32,000</w:t>
      </w:r>
    </w:p>
    <w:p>
      <w:pPr>
        <w:pStyle w:val="Heading2"/>
        <w:keepNext/>
      </w:pPr>
      <w:r>
        <w:t>Regulatory route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600"/>
        <w:gridCol w:w="4140"/>
        <w:gridCol w:w="2620"/>
      </w:tblGrid>
      <w:tr>
        <w:trPr>
          <w:tblHeader w:val="true"/>
          <w:cantSplit/>
        </w:trPr>
        <w:tc>
          <w:tcPr>
            <w:tcW w:type="dxa" w:w="26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AUTHORITY</w:t>
            </w:r>
          </w:p>
        </w:tc>
        <w:tc>
          <w:tcPr>
            <w:tcW w:type="dxa" w:w="414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RULE</w:t>
            </w:r>
          </w:p>
        </w:tc>
        <w:tc>
          <w:tcPr>
            <w:tcW w:type="dxa" w:w="262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APPLICATION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RFO FAR 1.405(b)(2)</w:t>
            </w:r>
          </w:p>
        </w:tc>
        <w:tc>
          <w:tcPr>
            <w:tcW w:type="dxa" w:w="41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Ratification authority may be delegated under agency procedure, but not below the chief of the contracting office.</w:t>
            </w:r>
          </w:p>
        </w:tc>
        <w:tc>
          <w:tcPr>
            <w:tcW w:type="dxa" w:w="26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DAF uses an amount-based approval matrix.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Archived DAFFARS 5301.602-3</w:t>
            </w:r>
          </w:p>
        </w:tc>
        <w:tc>
          <w:tcPr>
            <w:tcW w:type="dxa" w:w="41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Retained as non-regulatory strategic guidance where no newer DAF procedure has replaced it; points to the approval matrix and package template.</w:t>
            </w:r>
          </w:p>
        </w:tc>
        <w:tc>
          <w:tcPr>
            <w:tcW w:type="dxa" w:w="26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Strategic guidance for this package.</w:t>
            </w:r>
          </w:p>
        </w:tc>
      </w:tr>
      <w:tr>
        <w:trPr>
          <w:cantSplit/>
        </w:trPr>
        <w:tc>
          <w:tcPr>
            <w:tcW w:type="dxa" w:w="26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Archived MP5301.601(a)(i), item 4</w:t>
            </w:r>
          </w:p>
        </w:tc>
        <w:tc>
          <w:tcPr>
            <w:tcW w:type="dxa" w:w="414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Below-SAT unauthorized commitments: COCO; further delegable — No.</w:t>
            </w:r>
          </w:p>
        </w:tc>
        <w:tc>
          <w:tcPr>
            <w:tcW w:type="dxa" w:w="262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$32,000 is below the current $350,000 SAT.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Authorized official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Lt Col Helena Dolph Jackson, Commander and COCO, 713th Contracting Squadron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Delegation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None; approval authority is not further delegable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Contracting Officer role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Investigate, determine price, prepare the case summary, recommend payment, and route the package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Decision status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Pending complete organization report, legal concurrence, and COCO action in IG-07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A8B4BC"/>
          <w:left w:val="single" w:sz="5" w:color="A8B4BC"/>
          <w:bottom w:val="single" w:sz="5" w:color="A8B4BC"/>
          <w:right w:val="single" w:sz="5" w:color="A8B4BC"/>
          <w:insideH w:val="single" w:sz="5" w:color="A8B4BC"/>
          <w:insideV w:val="single" w:sz="5" w:color="A8B4BC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2D694B"/>
                <w:sz w:val="18"/>
              </w:rPr>
              <w:t xml:space="preserve">AUTHORITY FINDING: </w:t>
            </w:r>
            <w:r>
              <w:rPr>
                <w:rFonts w:ascii="Calibri" w:hAnsi="Calibri"/>
                <w:color w:val="192530"/>
                <w:sz w:val="18"/>
              </w:rPr>
              <w:t>The proposed ratifying official has authority to enter into the contractual commitment and is the official identified by the archived DAF matrix retained as non-regulatory strategic guidance for this below-SAT action. Maj Emmerich may recommend ratification but may not approve it by convenience or ordinary bilateral signature.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IG-05  |  PROPRIETY &amp; AUTHORITY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IG-05 Procurement Propriety and Ratifying Authority Record</dc:title>
  <dc:subject>RFO FAR 1.405(c)(2)–(3) and archived DAF strategic-guidance support</dc:subject>
  <dc:creator>713th Contracting Squadron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