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pageBreakBefore w:val="0"/>
        <w:spacing w:before="80" w:after="60"/>
        <w:jc w:val="center"/>
      </w:pPr>
      <w:r>
        <w:rPr>
          <w:rFonts w:ascii="Calibri" w:hAnsi="Calibri"/>
          <w:b/>
          <w:color w:val="192530"/>
          <w:sz w:val="32"/>
        </w:rPr>
        <w:t>EMPLOYEE INTERVIEW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1"/>
        </w:rPr>
        <w:t>Elena Cruz | VE-1842 | Campbell Hall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C8791"/>
          <w:left w:val="single" w:sz="6" w:color="7C8791"/>
          <w:bottom w:val="single" w:sz="6" w:color="7C8791"/>
          <w:right w:val="single" w:sz="6" w:color="7C8791"/>
          <w:insideH w:val="single" w:sz="6" w:color="7C8791"/>
          <w:insideV w:val="single" w:sz="6" w:color="7C8791"/>
        </w:tblBorders>
      </w:tblPr>
      <w:tblGrid>
        <w:gridCol w:w="2500"/>
        <w:gridCol w:w="6860"/>
      </w:tblGrid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13 Sep 2027 / 0905; privately at 713 CES field office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Meryl Silverburgh, Construction Inspector, 713 CES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Employer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Volgin Electrical Services, LLC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Prime / order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Peace Walker Infrastructure Partners, LLC / FA-27-005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Period discussed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23 August through 10 September 2027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900"/>
        <w:gridCol w:w="6460"/>
      </w:tblGrid>
      <w:tr>
        <w:trPr>
          <w:tblHeader w:val="true"/>
          <w:cantSplit/>
        </w:trPr>
        <w:tc>
          <w:tcPr>
            <w:tcW w:type="dxa" w:w="29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Question</w:t>
            </w:r>
          </w:p>
        </w:tc>
        <w:tc>
          <w:tcPr>
            <w:tcW w:type="dxa" w:w="646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Worker statement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What work did you normally perform?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Laid out, cut, bent, supported, and installed EMT conduit; installed pull boxes; pulled branch conductors; mounted boxes and devices; made de-energized terminations.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Who directed the work?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Volgin's electrical foreman assigned the daily electrical installation tasks and checked completed work.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Hours worked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Eight straight-time hours each Monday through Friday; 40 hours in each of the three weeks; no overtime.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Rate and fringe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$31.20 per hour in basic wages and $15.60 per hour reported as benefit-plan contributions.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How did the employer describe your classification?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 called the position 'electrical helper/laborer' because I am not a licensed journeyman.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Registered apprentice?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No. I am not enrolled in or individually registered under an approved apprenticeship program.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Accuracy / coercion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The hours and amounts paid match my pay records. I gave this statement voluntarily and outside the supervisor's presence.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4680"/>
        <w:gridCol w:w="4680"/>
      </w:tblGrid>
      <w:tr>
        <w:trPr>
          <w:tblHeader w:val="true"/>
          <w:cantSplit/>
        </w:trPr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Worker acknowledgment</w:t>
            </w:r>
          </w:p>
        </w:tc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Interviewer certification</w:t>
            </w:r>
          </w:p>
        </w:tc>
      </w:tr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Elena Cruz</w:t>
              <w:br/>
              <w:t>13 Sep 2027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Meryl Silverburgh</w:t>
              <w:br/>
              <w:t>13 Sep 2027</w:t>
            </w:r>
          </w:p>
        </w:tc>
      </w:tr>
    </w:tbl>
    <w:p>
      <w:pPr>
        <w:keepNext/>
        <w:pageBreakBefore/>
        <w:spacing w:before="80" w:after="60"/>
        <w:jc w:val="center"/>
      </w:pPr>
      <w:r>
        <w:rPr>
          <w:rFonts w:ascii="Calibri" w:hAnsi="Calibri"/>
          <w:b/>
          <w:color w:val="192530"/>
          <w:sz w:val="32"/>
        </w:rPr>
        <w:t>EMPLOYEE INTERVIEW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1"/>
        </w:rPr>
        <w:t>Marcus Hale | VE-3367 | Campbell Hall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C8791"/>
          <w:left w:val="single" w:sz="6" w:color="7C8791"/>
          <w:bottom w:val="single" w:sz="6" w:color="7C8791"/>
          <w:right w:val="single" w:sz="6" w:color="7C8791"/>
          <w:insideH w:val="single" w:sz="6" w:color="7C8791"/>
          <w:insideV w:val="single" w:sz="6" w:color="7C8791"/>
        </w:tblBorders>
      </w:tblPr>
      <w:tblGrid>
        <w:gridCol w:w="2500"/>
        <w:gridCol w:w="6860"/>
      </w:tblGrid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13 Sep 2027 / 0935; privately at 713 CES field office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Meryl Silverburgh, Construction Inspector, 713 CES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Employer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Volgin Electrical Services, LLC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Prime / order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Peace Walker Infrastructure Partners, LLC / FA-27-005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Period discussed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23 August through 10 September 2027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900"/>
        <w:gridCol w:w="6460"/>
      </w:tblGrid>
      <w:tr>
        <w:trPr>
          <w:tblHeader w:val="true"/>
          <w:cantSplit/>
        </w:trPr>
        <w:tc>
          <w:tcPr>
            <w:tcW w:type="dxa" w:w="29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Question</w:t>
            </w:r>
          </w:p>
        </w:tc>
        <w:tc>
          <w:tcPr>
            <w:tcW w:type="dxa" w:w="646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Worker statement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What work did you normally perform?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Installed conduit and fittings, pulled feeder and branch conductors, mounted electrical boxes and panel components, and made de-energized terminations.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Who directed the work?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Volgin's electrical foreman assigned the daily electrical installation tasks and checked completed work.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Hours worked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Eight straight-time hours each Monday through Friday; 40 hours in each of the three weeks; no overtime.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Rate and fringe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$31.20 per hour in basic wages and $15.60 per hour reported as benefit-plan contributions.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How did the employer describe your classification?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 called the position 'electrical helper/laborer' because I am not a licensed journeyman.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Registered apprentice?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No. I am not enrolled in or individually registered under an approved apprenticeship program.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Accuracy / coercion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The hours and amounts paid match my pay records. I gave this statement voluntarily and outside the supervisor's presence.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4680"/>
        <w:gridCol w:w="4680"/>
      </w:tblGrid>
      <w:tr>
        <w:trPr>
          <w:tblHeader w:val="true"/>
          <w:cantSplit/>
        </w:trPr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Worker acknowledgment</w:t>
            </w:r>
          </w:p>
        </w:tc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Interviewer certification</w:t>
            </w:r>
          </w:p>
        </w:tc>
      </w:tr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Marcus Hale</w:t>
              <w:br/>
              <w:t>13 Sep 2027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Meryl Silverburgh</w:t>
              <w:br/>
              <w:t>13 Sep 2027</w:t>
            </w:r>
          </w:p>
        </w:tc>
      </w:tr>
    </w:tbl>
    <w:p>
      <w:pPr>
        <w:keepNext/>
        <w:pageBreakBefore/>
        <w:spacing w:before="80" w:after="60"/>
        <w:jc w:val="center"/>
      </w:pPr>
      <w:r>
        <w:rPr>
          <w:rFonts w:ascii="Calibri" w:hAnsi="Calibri"/>
          <w:b/>
          <w:color w:val="192530"/>
          <w:sz w:val="32"/>
        </w:rPr>
        <w:t>EMPLOYEE INTERVIEW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1"/>
        </w:rPr>
        <w:t>Tariq Benson | VE-5094 | Campbell Hall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C8791"/>
          <w:left w:val="single" w:sz="6" w:color="7C8791"/>
          <w:bottom w:val="single" w:sz="6" w:color="7C8791"/>
          <w:right w:val="single" w:sz="6" w:color="7C8791"/>
          <w:insideH w:val="single" w:sz="6" w:color="7C8791"/>
          <w:insideV w:val="single" w:sz="6" w:color="7C8791"/>
        </w:tblBorders>
      </w:tblPr>
      <w:tblGrid>
        <w:gridCol w:w="2500"/>
        <w:gridCol w:w="6860"/>
      </w:tblGrid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13 Sep 2027 / 1010; privately at 713 CES field office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Meryl Silverburgh, Construction Inspector, 713 CES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Employer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Volgin Electrical Services, LLC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Prime / order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Peace Walker Infrastructure Partners, LLC / FA-27-005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Period discussed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23 August through 10 September 2027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900"/>
        <w:gridCol w:w="6460"/>
      </w:tblGrid>
      <w:tr>
        <w:trPr>
          <w:tblHeader w:val="true"/>
          <w:cantSplit/>
        </w:trPr>
        <w:tc>
          <w:tcPr>
            <w:tcW w:type="dxa" w:w="29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Question</w:t>
            </w:r>
          </w:p>
        </w:tc>
        <w:tc>
          <w:tcPr>
            <w:tcW w:type="dxa" w:w="646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Worker statement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What work did you normally perform?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Measured and installed raceway, hung supports, pulled conductors, mounted panel equipment and devices, and made de-energized terminations under the foreman.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Who directed the work?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Volgin's electrical foreman assigned the daily electrical installation tasks and checked completed work.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Hours worked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Eight straight-time hours each Monday through Friday; 40 hours in each of the three weeks; no overtime.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Rate and fringe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$31.20 per hour in basic wages and $15.60 per hour reported as benefit-plan contributions.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How did the employer describe your classification?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 called the position 'electrical helper/laborer' because I am not a licensed journeyman.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Registered apprentice?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No. I am not enrolled in or individually registered under an approved apprenticeship program.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Accuracy / coercion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The hours and amounts paid match my pay records. I gave this statement voluntarily and outside the supervisor's presence.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4680"/>
        <w:gridCol w:w="4680"/>
      </w:tblGrid>
      <w:tr>
        <w:trPr>
          <w:tblHeader w:val="true"/>
          <w:cantSplit/>
        </w:trPr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Worker acknowledgment</w:t>
            </w:r>
          </w:p>
        </w:tc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Interviewer certification</w:t>
            </w:r>
          </w:p>
        </w:tc>
      </w:tr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Tariq Benson</w:t>
              <w:br/>
              <w:t>13 Sep 2027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Meryl Silverburgh</w:t>
              <w:br/>
              <w:t>13 Sep 2027</w:t>
            </w:r>
          </w:p>
        </w:tc>
      </w:tr>
    </w:tbl>
    <w:p>
      <w:pPr>
        <w:keepNext/>
        <w:pageBreakBefore/>
        <w:spacing w:before="80" w:after="60"/>
        <w:jc w:val="center"/>
      </w:pPr>
      <w:r>
        <w:rPr>
          <w:rFonts w:ascii="Calibri" w:hAnsi="Calibri"/>
          <w:b/>
          <w:color w:val="192530"/>
          <w:sz w:val="32"/>
        </w:rPr>
        <w:t>EMPLOYEE INTERVIEW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1"/>
        </w:rPr>
        <w:t>June Park | VE-7721 | Campbell Hall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C8791"/>
          <w:left w:val="single" w:sz="6" w:color="7C8791"/>
          <w:bottom w:val="single" w:sz="6" w:color="7C8791"/>
          <w:right w:val="single" w:sz="6" w:color="7C8791"/>
          <w:insideH w:val="single" w:sz="6" w:color="7C8791"/>
          <w:insideV w:val="single" w:sz="6" w:color="7C8791"/>
        </w:tblBorders>
      </w:tblPr>
      <w:tblGrid>
        <w:gridCol w:w="2500"/>
        <w:gridCol w:w="6860"/>
      </w:tblGrid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13 Sep 2027 / 1040; privately at 713 CES field office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Interviewer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Meryl Silverburgh, Construction Inspector, 713 CES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Employer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Volgin Electrical Services, LLC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Prime / order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Peace Walker Infrastructure Partners, LLC / FA-27-005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Period discussed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23 August through 10 September 2027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900"/>
        <w:gridCol w:w="6460"/>
      </w:tblGrid>
      <w:tr>
        <w:trPr>
          <w:tblHeader w:val="true"/>
          <w:cantSplit/>
        </w:trPr>
        <w:tc>
          <w:tcPr>
            <w:tcW w:type="dxa" w:w="29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Question</w:t>
            </w:r>
          </w:p>
        </w:tc>
        <w:tc>
          <w:tcPr>
            <w:tcW w:type="dxa" w:w="646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Worker statement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What work did you normally perform?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Installed raceway, pull boxes and device boxes; pulled conductors; mounted panel components; and completed de-energized device and panel terminations.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Who directed the work?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Volgin's electrical foreman assigned the daily electrical installation tasks and checked completed work.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Hours worked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Eight straight-time hours each Monday through Friday; 40 hours in each of the three weeks; no overtime.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Rate and fringe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$31.20 per hour in basic wages and $15.60 per hour reported as benefit-plan contributions.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How did the employer describe your classification?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Volgin called the position 'electrical helper/laborer' because I am not a licensed journeyman.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Registered apprentice?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No. I am not enrolled in or individually registered under an approved apprenticeship program.</w:t>
            </w:r>
          </w:p>
        </w:tc>
      </w:tr>
      <w:tr>
        <w:trPr>
          <w:cantSplit/>
        </w:trPr>
        <w:tc>
          <w:tcPr>
            <w:tcW w:type="dxa" w:w="29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Accuracy / coercion</w:t>
            </w:r>
          </w:p>
        </w:tc>
        <w:tc>
          <w:tcPr>
            <w:tcW w:type="dxa" w:w="64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The hours and amounts paid match my pay records. I gave this statement voluntarily and outside the supervisor's presence.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4680"/>
        <w:gridCol w:w="4680"/>
      </w:tblGrid>
      <w:tr>
        <w:trPr>
          <w:tblHeader w:val="true"/>
          <w:cantSplit/>
        </w:trPr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Worker acknowledgment</w:t>
            </w:r>
          </w:p>
        </w:tc>
        <w:tc>
          <w:tcPr>
            <w:tcW w:type="dxa" w:w="468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Interviewer certification</w:t>
            </w:r>
          </w:p>
        </w:tc>
      </w:tr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June Park</w:t>
              <w:br/>
              <w:t>13 Sep 2027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Meryl Silverburgh</w:t>
              <w:br/>
              <w:t>13 Sep 2027</w:t>
            </w:r>
          </w:p>
        </w:tc>
      </w:tr>
    </w:tbl>
    <w:p>
      <w:pPr>
        <w:spacing w:before="80" w:after="0" w:line="240" w:lineRule="auto"/>
      </w:pPr>
      <w:r>
        <w:rPr>
          <w:rFonts w:ascii="Calibri" w:hAnsi="Calibri"/>
          <w:b/>
          <w:color w:val="606A74"/>
          <w:sz w:val="15"/>
        </w:rPr>
        <w:t xml:space="preserve">Source note: </w:t>
      </w:r>
      <w:r>
        <w:rPr>
          <w:rFonts w:ascii="Calibri" w:hAnsi="Calibri"/>
          <w:color w:val="606A74"/>
          <w:sz w:val="15"/>
        </w:rPr>
        <w:t>Exercise interview records modeled on the employee-interview compliance checks described in RFO FAR 22.404-2(b) and the record-access provisions of RFO FAR 52.222-8.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1123" w:bottom="792" w:left="112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7"/>
      </w:rPr>
      <w:t xml:space="preserve">K-06  |  EMPLOYEE INTERVIEW RECORDS  |  DRAFT  |  Page </w:t>
    </w:r>
    <w:r>
      <w:rPr>
        <w:rFonts w:ascii="Calibri" w:hAnsi="Calibri"/>
        <w:color w:val="606A74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7"/>
      </w:rPr>
      <w:t xml:space="preserve"> of </w:t>
    </w:r>
    <w:r>
      <w:rPr>
        <w:rFonts w:ascii="Calibri" w:hAnsi="Calibri"/>
        <w:color w:val="606A74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7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Calibri" w:hAnsi="Calibri"/>
      <w:color w:val="19253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K-06 Employee Interview Records</dc:title>
  <dc:subject>Four employee interviews concerning duties, hours, rates, and apprenticeship status</dc:subject>
  <dc:creator>713th Civil Engineering Squadron</dc:creator>
  <cp:keywords>training, construction wage rates, certified payroll, RFO FAR 52.222-6, RFO FAR 22.404</cp:keywords>
  <dc:description>Exercise use only. All names, places, dates, rates, and records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